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046" w:rsidRPr="00391A28" w:rsidRDefault="00451046">
      <w:pPr>
        <w:rPr>
          <w:rFonts w:ascii="Times New Roman" w:hAnsi="Times New Roman" w:cs="Times New Roman"/>
          <w:sz w:val="24"/>
        </w:rPr>
      </w:pPr>
    </w:p>
    <w:p w:rsidR="00451046" w:rsidRPr="00391A28" w:rsidRDefault="00123F9F">
      <w:pPr>
        <w:jc w:val="center"/>
        <w:rPr>
          <w:rFonts w:ascii="Times New Roman" w:hAnsi="Times New Roman" w:cs="Times New Roman"/>
          <w:sz w:val="24"/>
        </w:rPr>
      </w:pPr>
      <w:r w:rsidRPr="00391A28">
        <w:rPr>
          <w:rFonts w:ascii="Times New Roman" w:hAnsi="Times New Roman" w:cs="Times New Roman"/>
          <w:b/>
          <w:sz w:val="24"/>
        </w:rPr>
        <w:t>SURAT PERNYATAAN KETUA PENGUSUL</w:t>
      </w:r>
    </w:p>
    <w:p w:rsidR="00451046" w:rsidRPr="00391A28" w:rsidRDefault="00451046">
      <w:pPr>
        <w:rPr>
          <w:rFonts w:ascii="Times New Roman" w:hAnsi="Times New Roman" w:cs="Times New Roman"/>
          <w:sz w:val="24"/>
        </w:rPr>
      </w:pPr>
    </w:p>
    <w:p w:rsidR="00451046" w:rsidRPr="00391A28" w:rsidRDefault="00123F9F" w:rsidP="00391A28">
      <w:pPr>
        <w:jc w:val="both"/>
        <w:rPr>
          <w:rFonts w:ascii="Times New Roman" w:hAnsi="Times New Roman" w:cs="Times New Roman"/>
          <w:sz w:val="24"/>
        </w:rPr>
      </w:pPr>
      <w:r w:rsidRPr="00391A28">
        <w:rPr>
          <w:rFonts w:ascii="Times New Roman" w:hAnsi="Times New Roman" w:cs="Times New Roman"/>
          <w:sz w:val="24"/>
        </w:rPr>
        <w:t>Yang bertanda tangan di bawah ini :</w:t>
      </w:r>
    </w:p>
    <w:p w:rsidR="00451046" w:rsidRPr="00391A28" w:rsidRDefault="00123F9F" w:rsidP="00123F9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91A28">
        <w:rPr>
          <w:rFonts w:ascii="Times New Roman" w:hAnsi="Times New Roman" w:cs="Times New Roman"/>
          <w:sz w:val="24"/>
        </w:rPr>
        <w:t xml:space="preserve">Nama                </w:t>
      </w:r>
      <w:r w:rsidR="00391A28">
        <w:rPr>
          <w:rFonts w:ascii="Times New Roman" w:hAnsi="Times New Roman" w:cs="Times New Roman"/>
          <w:sz w:val="24"/>
        </w:rPr>
        <w:tab/>
      </w:r>
      <w:r w:rsidRPr="00391A28">
        <w:rPr>
          <w:rFonts w:ascii="Times New Roman" w:hAnsi="Times New Roman" w:cs="Times New Roman"/>
          <w:sz w:val="24"/>
        </w:rPr>
        <w:t>: ......................................................</w:t>
      </w:r>
    </w:p>
    <w:p w:rsidR="00451046" w:rsidRPr="00391A28" w:rsidRDefault="00123F9F" w:rsidP="00123F9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91A28">
        <w:rPr>
          <w:rFonts w:ascii="Times New Roman" w:hAnsi="Times New Roman" w:cs="Times New Roman"/>
          <w:sz w:val="24"/>
        </w:rPr>
        <w:t xml:space="preserve">NIDN                </w:t>
      </w:r>
      <w:r w:rsidR="00391A28">
        <w:rPr>
          <w:rFonts w:ascii="Times New Roman" w:hAnsi="Times New Roman" w:cs="Times New Roman"/>
          <w:sz w:val="24"/>
        </w:rPr>
        <w:tab/>
      </w:r>
      <w:r w:rsidRPr="00391A28">
        <w:rPr>
          <w:rFonts w:ascii="Times New Roman" w:hAnsi="Times New Roman" w:cs="Times New Roman"/>
          <w:sz w:val="24"/>
        </w:rPr>
        <w:t xml:space="preserve">: </w:t>
      </w:r>
      <w:r w:rsidRPr="00391A28">
        <w:rPr>
          <w:rFonts w:ascii="Times New Roman" w:hAnsi="Times New Roman" w:cs="Times New Roman"/>
          <w:sz w:val="24"/>
        </w:rPr>
        <w:t>......................................................</w:t>
      </w:r>
    </w:p>
    <w:p w:rsidR="00451046" w:rsidRPr="00391A28" w:rsidRDefault="00123F9F" w:rsidP="00123F9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91A28">
        <w:rPr>
          <w:rFonts w:ascii="Times New Roman" w:hAnsi="Times New Roman" w:cs="Times New Roman"/>
          <w:sz w:val="24"/>
        </w:rPr>
        <w:t xml:space="preserve">Pangkat/Golongan    </w:t>
      </w:r>
      <w:r w:rsidR="00391A28">
        <w:rPr>
          <w:rFonts w:ascii="Times New Roman" w:hAnsi="Times New Roman" w:cs="Times New Roman"/>
          <w:sz w:val="24"/>
        </w:rPr>
        <w:tab/>
      </w:r>
      <w:r w:rsidRPr="00391A28">
        <w:rPr>
          <w:rFonts w:ascii="Times New Roman" w:hAnsi="Times New Roman" w:cs="Times New Roman"/>
          <w:sz w:val="24"/>
        </w:rPr>
        <w:t>: ......................................................</w:t>
      </w:r>
    </w:p>
    <w:p w:rsidR="00451046" w:rsidRPr="00391A28" w:rsidRDefault="00123F9F" w:rsidP="00123F9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91A28">
        <w:rPr>
          <w:rFonts w:ascii="Times New Roman" w:hAnsi="Times New Roman" w:cs="Times New Roman"/>
          <w:sz w:val="24"/>
        </w:rPr>
        <w:t xml:space="preserve">Jabatan </w:t>
      </w:r>
      <w:proofErr w:type="gramStart"/>
      <w:r w:rsidRPr="00391A28">
        <w:rPr>
          <w:rFonts w:ascii="Times New Roman" w:hAnsi="Times New Roman" w:cs="Times New Roman"/>
          <w:sz w:val="24"/>
        </w:rPr>
        <w:t xml:space="preserve">Fungsional  </w:t>
      </w:r>
      <w:r w:rsidR="00391A28">
        <w:rPr>
          <w:rFonts w:ascii="Times New Roman" w:hAnsi="Times New Roman" w:cs="Times New Roman"/>
          <w:sz w:val="24"/>
        </w:rPr>
        <w:tab/>
      </w:r>
      <w:proofErr w:type="gramEnd"/>
      <w:r w:rsidRPr="00391A28">
        <w:rPr>
          <w:rFonts w:ascii="Times New Roman" w:hAnsi="Times New Roman" w:cs="Times New Roman"/>
          <w:sz w:val="24"/>
        </w:rPr>
        <w:t>: ......................................................</w:t>
      </w:r>
    </w:p>
    <w:p w:rsidR="00451046" w:rsidRPr="00391A28" w:rsidRDefault="00123F9F" w:rsidP="00391A28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391A28">
        <w:rPr>
          <w:rFonts w:ascii="Times New Roman" w:hAnsi="Times New Roman" w:cs="Times New Roman"/>
          <w:sz w:val="24"/>
        </w:rPr>
        <w:t>Dengan</w:t>
      </w:r>
      <w:proofErr w:type="spellEnd"/>
      <w:r w:rsidRPr="00391A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1A28">
        <w:rPr>
          <w:rFonts w:ascii="Times New Roman" w:hAnsi="Times New Roman" w:cs="Times New Roman"/>
          <w:sz w:val="24"/>
        </w:rPr>
        <w:t>ini</w:t>
      </w:r>
      <w:proofErr w:type="spellEnd"/>
      <w:r w:rsidRPr="00391A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1A28">
        <w:rPr>
          <w:rFonts w:ascii="Times New Roman" w:hAnsi="Times New Roman" w:cs="Times New Roman"/>
          <w:sz w:val="24"/>
        </w:rPr>
        <w:t>menyatakan</w:t>
      </w:r>
      <w:proofErr w:type="spellEnd"/>
      <w:r w:rsidRPr="00391A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1A28">
        <w:rPr>
          <w:rFonts w:ascii="Times New Roman" w:hAnsi="Times New Roman" w:cs="Times New Roman"/>
          <w:sz w:val="24"/>
        </w:rPr>
        <w:t>bahwa</w:t>
      </w:r>
      <w:proofErr w:type="spellEnd"/>
      <w:r w:rsidRPr="00391A28">
        <w:rPr>
          <w:rFonts w:ascii="Times New Roman" w:hAnsi="Times New Roman" w:cs="Times New Roman"/>
          <w:sz w:val="24"/>
        </w:rPr>
        <w:t xml:space="preserve"> proposal </w:t>
      </w:r>
      <w:proofErr w:type="spellStart"/>
      <w:r w:rsidRPr="00391A28">
        <w:rPr>
          <w:rFonts w:ascii="Times New Roman" w:hAnsi="Times New Roman" w:cs="Times New Roman"/>
          <w:sz w:val="24"/>
        </w:rPr>
        <w:t>saya</w:t>
      </w:r>
      <w:proofErr w:type="spellEnd"/>
      <w:r w:rsidRPr="00391A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1A28">
        <w:rPr>
          <w:rFonts w:ascii="Times New Roman" w:hAnsi="Times New Roman" w:cs="Times New Roman"/>
          <w:sz w:val="24"/>
        </w:rPr>
        <w:t>deng</w:t>
      </w:r>
      <w:r w:rsidRPr="00391A28">
        <w:rPr>
          <w:rFonts w:ascii="Times New Roman" w:hAnsi="Times New Roman" w:cs="Times New Roman"/>
          <w:sz w:val="24"/>
        </w:rPr>
        <w:t>an</w:t>
      </w:r>
      <w:proofErr w:type="spellEnd"/>
      <w:r w:rsidRPr="00391A28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391A28">
        <w:rPr>
          <w:rFonts w:ascii="Times New Roman" w:hAnsi="Times New Roman" w:cs="Times New Roman"/>
          <w:sz w:val="24"/>
        </w:rPr>
        <w:t>judul</w:t>
      </w:r>
      <w:proofErr w:type="spellEnd"/>
      <w:r w:rsidRPr="00391A28">
        <w:rPr>
          <w:rFonts w:ascii="Times New Roman" w:hAnsi="Times New Roman" w:cs="Times New Roman"/>
          <w:sz w:val="24"/>
        </w:rPr>
        <w:t xml:space="preserve"> :</w:t>
      </w:r>
      <w:proofErr w:type="gramEnd"/>
      <w:r w:rsidR="00391A28">
        <w:rPr>
          <w:rFonts w:ascii="Times New Roman" w:hAnsi="Times New Roman" w:cs="Times New Roman"/>
          <w:sz w:val="24"/>
          <w:lang w:val="id-ID"/>
        </w:rPr>
        <w:t xml:space="preserve"> ............................................ ............................................................................................. </w:t>
      </w:r>
      <w:r w:rsidRPr="00391A28">
        <w:rPr>
          <w:rFonts w:ascii="Times New Roman" w:hAnsi="Times New Roman" w:cs="Times New Roman"/>
          <w:sz w:val="24"/>
        </w:rPr>
        <w:t xml:space="preserve">yang </w:t>
      </w:r>
      <w:proofErr w:type="spellStart"/>
      <w:r w:rsidRPr="00391A28">
        <w:rPr>
          <w:rFonts w:ascii="Times New Roman" w:hAnsi="Times New Roman" w:cs="Times New Roman"/>
          <w:sz w:val="24"/>
        </w:rPr>
        <w:t>diusulkan</w:t>
      </w:r>
      <w:proofErr w:type="spellEnd"/>
      <w:r w:rsidRPr="00391A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1A28">
        <w:rPr>
          <w:rFonts w:ascii="Times New Roman" w:hAnsi="Times New Roman" w:cs="Times New Roman"/>
          <w:sz w:val="24"/>
        </w:rPr>
        <w:t>dalam</w:t>
      </w:r>
      <w:proofErr w:type="spellEnd"/>
      <w:r w:rsidRPr="00391A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1A28">
        <w:rPr>
          <w:rFonts w:ascii="Times New Roman" w:hAnsi="Times New Roman" w:cs="Times New Roman"/>
          <w:sz w:val="24"/>
        </w:rPr>
        <w:t>skema</w:t>
      </w:r>
      <w:proofErr w:type="spellEnd"/>
      <w:r w:rsidR="00391A2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id-ID"/>
        </w:rPr>
        <w:t>.....................</w:t>
      </w:r>
      <w:bookmarkStart w:id="0" w:name="_GoBack"/>
      <w:bookmarkEnd w:id="0"/>
      <w:r w:rsidR="00391A28">
        <w:rPr>
          <w:rFonts w:ascii="Times New Roman" w:hAnsi="Times New Roman" w:cs="Times New Roman"/>
          <w:sz w:val="24"/>
          <w:lang w:val="id-ID"/>
        </w:rPr>
        <w:t xml:space="preserve"> </w:t>
      </w:r>
      <w:proofErr w:type="spellStart"/>
      <w:r w:rsidRPr="00391A28">
        <w:rPr>
          <w:rFonts w:ascii="Times New Roman" w:hAnsi="Times New Roman" w:cs="Times New Roman"/>
          <w:sz w:val="24"/>
        </w:rPr>
        <w:t>bersifat</w:t>
      </w:r>
      <w:proofErr w:type="spellEnd"/>
      <w:r w:rsidRPr="00391A28">
        <w:rPr>
          <w:rFonts w:ascii="Times New Roman" w:hAnsi="Times New Roman" w:cs="Times New Roman"/>
          <w:sz w:val="24"/>
        </w:rPr>
        <w:t xml:space="preserve"> original dan belum pernah dibiayai oleh </w:t>
      </w:r>
      <w:proofErr w:type="spellStart"/>
      <w:r w:rsidRPr="00391A28">
        <w:rPr>
          <w:rFonts w:ascii="Times New Roman" w:hAnsi="Times New Roman" w:cs="Times New Roman"/>
          <w:sz w:val="24"/>
        </w:rPr>
        <w:t>lembaga</w:t>
      </w:r>
      <w:proofErr w:type="spellEnd"/>
      <w:r w:rsidRPr="00391A28">
        <w:rPr>
          <w:rFonts w:ascii="Times New Roman" w:hAnsi="Times New Roman" w:cs="Times New Roman"/>
          <w:sz w:val="24"/>
        </w:rPr>
        <w:t xml:space="preserve">/ </w:t>
      </w:r>
      <w:proofErr w:type="spellStart"/>
      <w:r w:rsidRPr="00391A28">
        <w:rPr>
          <w:rFonts w:ascii="Times New Roman" w:hAnsi="Times New Roman" w:cs="Times New Roman"/>
          <w:sz w:val="24"/>
        </w:rPr>
        <w:t>sumber</w:t>
      </w:r>
      <w:proofErr w:type="spellEnd"/>
      <w:r w:rsidRPr="00391A28">
        <w:rPr>
          <w:rFonts w:ascii="Times New Roman" w:hAnsi="Times New Roman" w:cs="Times New Roman"/>
          <w:sz w:val="24"/>
        </w:rPr>
        <w:t xml:space="preserve"> dana lain.</w:t>
      </w:r>
    </w:p>
    <w:p w:rsidR="00451046" w:rsidRPr="00391A28" w:rsidRDefault="00123F9F" w:rsidP="00391A28">
      <w:pPr>
        <w:jc w:val="both"/>
        <w:rPr>
          <w:rFonts w:ascii="Times New Roman" w:hAnsi="Times New Roman" w:cs="Times New Roman"/>
          <w:sz w:val="24"/>
        </w:rPr>
      </w:pPr>
      <w:r w:rsidRPr="00391A28">
        <w:rPr>
          <w:rFonts w:ascii="Times New Roman" w:hAnsi="Times New Roman" w:cs="Times New Roman"/>
          <w:sz w:val="24"/>
        </w:rPr>
        <w:t>Bilamana dikemudian</w:t>
      </w:r>
      <w:r w:rsidRPr="00391A28">
        <w:rPr>
          <w:rFonts w:ascii="Times New Roman" w:hAnsi="Times New Roman" w:cs="Times New Roman"/>
          <w:sz w:val="24"/>
        </w:rPr>
        <w:t xml:space="preserve"> hari ditemukan ketidaksesuaian dengan pernyataan ini, maka saya bersedia dituntut dan diproses sesuai dengan ketentuan yang berlaku dan mengembalikan seluruh biaya penelitian yang sudah </w:t>
      </w:r>
      <w:proofErr w:type="spellStart"/>
      <w:r w:rsidRPr="00391A28">
        <w:rPr>
          <w:rFonts w:ascii="Times New Roman" w:hAnsi="Times New Roman" w:cs="Times New Roman"/>
          <w:sz w:val="24"/>
        </w:rPr>
        <w:t>diterima</w:t>
      </w:r>
      <w:proofErr w:type="spellEnd"/>
      <w:r w:rsidRPr="00391A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1A28">
        <w:rPr>
          <w:rFonts w:ascii="Times New Roman" w:hAnsi="Times New Roman" w:cs="Times New Roman"/>
          <w:sz w:val="24"/>
        </w:rPr>
        <w:t>ke</w:t>
      </w:r>
      <w:proofErr w:type="spellEnd"/>
      <w:r w:rsidRPr="00391A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1A28">
        <w:rPr>
          <w:rFonts w:ascii="Times New Roman" w:hAnsi="Times New Roman" w:cs="Times New Roman"/>
          <w:sz w:val="24"/>
        </w:rPr>
        <w:t>kas</w:t>
      </w:r>
      <w:proofErr w:type="spellEnd"/>
      <w:r w:rsidRPr="00391A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1A28">
        <w:rPr>
          <w:rFonts w:ascii="Times New Roman" w:hAnsi="Times New Roman" w:cs="Times New Roman"/>
          <w:sz w:val="24"/>
        </w:rPr>
        <w:t>Fakultas</w:t>
      </w:r>
      <w:proofErr w:type="spellEnd"/>
      <w:r w:rsidRPr="00391A28">
        <w:rPr>
          <w:rFonts w:ascii="Times New Roman" w:hAnsi="Times New Roman" w:cs="Times New Roman"/>
          <w:sz w:val="24"/>
        </w:rPr>
        <w:t>/</w:t>
      </w:r>
      <w:proofErr w:type="spellStart"/>
      <w:r w:rsidRPr="00391A28">
        <w:rPr>
          <w:rFonts w:ascii="Times New Roman" w:hAnsi="Times New Roman" w:cs="Times New Roman"/>
          <w:sz w:val="24"/>
        </w:rPr>
        <w:t>Universitas</w:t>
      </w:r>
      <w:proofErr w:type="spellEnd"/>
      <w:r w:rsidRPr="00391A28">
        <w:rPr>
          <w:rFonts w:ascii="Times New Roman" w:hAnsi="Times New Roman" w:cs="Times New Roman"/>
          <w:sz w:val="24"/>
        </w:rPr>
        <w:t>.</w:t>
      </w:r>
    </w:p>
    <w:p w:rsidR="00451046" w:rsidRDefault="00123F9F" w:rsidP="00391A28">
      <w:pPr>
        <w:jc w:val="both"/>
        <w:rPr>
          <w:rFonts w:ascii="Times New Roman" w:hAnsi="Times New Roman" w:cs="Times New Roman"/>
          <w:sz w:val="24"/>
        </w:rPr>
      </w:pPr>
      <w:r w:rsidRPr="00391A28">
        <w:rPr>
          <w:rFonts w:ascii="Times New Roman" w:hAnsi="Times New Roman" w:cs="Times New Roman"/>
          <w:sz w:val="24"/>
        </w:rPr>
        <w:t>Demikian pernyataan ini dibuat</w:t>
      </w:r>
      <w:r w:rsidRPr="00391A28">
        <w:rPr>
          <w:rFonts w:ascii="Times New Roman" w:hAnsi="Times New Roman" w:cs="Times New Roman"/>
          <w:sz w:val="24"/>
        </w:rPr>
        <w:t xml:space="preserve"> dengan </w:t>
      </w:r>
      <w:proofErr w:type="spellStart"/>
      <w:r w:rsidRPr="00391A28">
        <w:rPr>
          <w:rFonts w:ascii="Times New Roman" w:hAnsi="Times New Roman" w:cs="Times New Roman"/>
          <w:sz w:val="24"/>
        </w:rPr>
        <w:t>sesungguhnya</w:t>
      </w:r>
      <w:proofErr w:type="spellEnd"/>
      <w:r w:rsidRPr="00391A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1A28">
        <w:rPr>
          <w:rFonts w:ascii="Times New Roman" w:hAnsi="Times New Roman" w:cs="Times New Roman"/>
          <w:sz w:val="24"/>
        </w:rPr>
        <w:t>dan</w:t>
      </w:r>
      <w:proofErr w:type="spellEnd"/>
      <w:r w:rsidRPr="00391A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1A28">
        <w:rPr>
          <w:rFonts w:ascii="Times New Roman" w:hAnsi="Times New Roman" w:cs="Times New Roman"/>
          <w:sz w:val="24"/>
        </w:rPr>
        <w:t>dengan</w:t>
      </w:r>
      <w:proofErr w:type="spellEnd"/>
      <w:r w:rsidRPr="00391A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1A28">
        <w:rPr>
          <w:rFonts w:ascii="Times New Roman" w:hAnsi="Times New Roman" w:cs="Times New Roman"/>
          <w:sz w:val="24"/>
        </w:rPr>
        <w:t>sebenar-benarnya</w:t>
      </w:r>
      <w:proofErr w:type="spellEnd"/>
      <w:r w:rsidRPr="00391A28">
        <w:rPr>
          <w:rFonts w:ascii="Times New Roman" w:hAnsi="Times New Roman" w:cs="Times New Roman"/>
          <w:sz w:val="24"/>
        </w:rPr>
        <w:t>.</w:t>
      </w:r>
    </w:p>
    <w:p w:rsidR="00391A28" w:rsidRPr="00391A28" w:rsidRDefault="00391A28" w:rsidP="00391A28">
      <w:pPr>
        <w:jc w:val="both"/>
        <w:rPr>
          <w:rFonts w:ascii="Times New Roman" w:hAnsi="Times New Roman" w:cs="Times New Roman"/>
          <w:sz w:val="24"/>
        </w:rPr>
      </w:pPr>
    </w:p>
    <w:p w:rsidR="00451046" w:rsidRPr="00391A28" w:rsidRDefault="00123F9F" w:rsidP="00391A28">
      <w:pPr>
        <w:ind w:left="5760" w:firstLine="720"/>
        <w:jc w:val="both"/>
        <w:rPr>
          <w:rFonts w:ascii="Times New Roman" w:hAnsi="Times New Roman" w:cs="Times New Roman"/>
          <w:sz w:val="24"/>
        </w:rPr>
      </w:pPr>
      <w:r w:rsidRPr="00391A28">
        <w:rPr>
          <w:rFonts w:ascii="Times New Roman" w:hAnsi="Times New Roman" w:cs="Times New Roman"/>
          <w:sz w:val="24"/>
        </w:rPr>
        <w:t xml:space="preserve">Yang </w:t>
      </w:r>
      <w:proofErr w:type="spellStart"/>
      <w:r w:rsidRPr="00391A28">
        <w:rPr>
          <w:rFonts w:ascii="Times New Roman" w:hAnsi="Times New Roman" w:cs="Times New Roman"/>
          <w:sz w:val="24"/>
        </w:rPr>
        <w:t>menyatakan</w:t>
      </w:r>
      <w:proofErr w:type="spellEnd"/>
      <w:r w:rsidRPr="00391A28">
        <w:rPr>
          <w:rFonts w:ascii="Times New Roman" w:hAnsi="Times New Roman" w:cs="Times New Roman"/>
          <w:sz w:val="24"/>
        </w:rPr>
        <w:t>,</w:t>
      </w:r>
    </w:p>
    <w:p w:rsidR="00451046" w:rsidRDefault="00391A28" w:rsidP="00391A28">
      <w:pPr>
        <w:spacing w:after="0" w:line="240" w:lineRule="auto"/>
        <w:ind w:left="5760" w:firstLine="720"/>
        <w:jc w:val="both"/>
        <w:rPr>
          <w:rFonts w:ascii="Times New Roman" w:hAnsi="Times New Roman" w:cs="Times New Roman"/>
          <w:color w:val="BFBFBF" w:themeColor="background1" w:themeShade="BF"/>
          <w:sz w:val="24"/>
          <w:lang w:val="id-ID"/>
        </w:rPr>
      </w:pPr>
      <w:r w:rsidRPr="00391A28">
        <w:rPr>
          <w:rFonts w:ascii="Times New Roman" w:hAnsi="Times New Roman" w:cs="Times New Roman"/>
          <w:color w:val="BFBFBF" w:themeColor="background1" w:themeShade="BF"/>
          <w:sz w:val="24"/>
          <w:lang w:val="id-ID"/>
        </w:rPr>
        <w:t>Materai 10000</w:t>
      </w:r>
      <w:r>
        <w:rPr>
          <w:rFonts w:ascii="Times New Roman" w:hAnsi="Times New Roman" w:cs="Times New Roman"/>
          <w:color w:val="BFBFBF" w:themeColor="background1" w:themeShade="BF"/>
          <w:sz w:val="24"/>
          <w:lang w:val="id-ID"/>
        </w:rPr>
        <w:t xml:space="preserve"> </w:t>
      </w:r>
      <w:r w:rsidRPr="00391A28">
        <w:rPr>
          <w:rFonts w:ascii="Times New Roman" w:hAnsi="Times New Roman" w:cs="Times New Roman"/>
          <w:color w:val="BFBFBF" w:themeColor="background1" w:themeShade="BF"/>
          <w:sz w:val="24"/>
          <w:lang w:val="id-ID"/>
        </w:rPr>
        <w:t xml:space="preserve">+ </w:t>
      </w:r>
      <w:r>
        <w:rPr>
          <w:rFonts w:ascii="Times New Roman" w:hAnsi="Times New Roman" w:cs="Times New Roman"/>
          <w:color w:val="BFBFBF" w:themeColor="background1" w:themeShade="BF"/>
          <w:sz w:val="24"/>
          <w:lang w:val="id-ID"/>
        </w:rPr>
        <w:t>TTD</w:t>
      </w:r>
    </w:p>
    <w:p w:rsidR="00391A28" w:rsidRPr="00391A28" w:rsidRDefault="00391A28" w:rsidP="00391A28">
      <w:pPr>
        <w:spacing w:after="0" w:line="240" w:lineRule="auto"/>
        <w:ind w:left="5760" w:firstLine="720"/>
        <w:jc w:val="both"/>
        <w:rPr>
          <w:rFonts w:ascii="Times New Roman" w:hAnsi="Times New Roman" w:cs="Times New Roman"/>
          <w:color w:val="BFBFBF" w:themeColor="background1" w:themeShade="BF"/>
          <w:sz w:val="24"/>
          <w:lang w:val="id-ID"/>
        </w:rPr>
      </w:pPr>
    </w:p>
    <w:p w:rsidR="00451046" w:rsidRPr="00391A28" w:rsidRDefault="00123F9F" w:rsidP="00391A28">
      <w:pPr>
        <w:spacing w:after="0"/>
        <w:ind w:left="5760" w:firstLine="720"/>
        <w:jc w:val="both"/>
        <w:rPr>
          <w:rFonts w:ascii="Times New Roman" w:hAnsi="Times New Roman" w:cs="Times New Roman"/>
          <w:sz w:val="24"/>
        </w:rPr>
      </w:pPr>
      <w:r w:rsidRPr="00391A28">
        <w:rPr>
          <w:rFonts w:ascii="Times New Roman" w:hAnsi="Times New Roman" w:cs="Times New Roman"/>
          <w:sz w:val="24"/>
        </w:rPr>
        <w:t xml:space="preserve">(Nama </w:t>
      </w:r>
      <w:proofErr w:type="spellStart"/>
      <w:r w:rsidRPr="00391A28">
        <w:rPr>
          <w:rFonts w:ascii="Times New Roman" w:hAnsi="Times New Roman" w:cs="Times New Roman"/>
          <w:sz w:val="24"/>
        </w:rPr>
        <w:t>Lengkap</w:t>
      </w:r>
      <w:proofErr w:type="spellEnd"/>
      <w:r w:rsidRPr="00391A28">
        <w:rPr>
          <w:rFonts w:ascii="Times New Roman" w:hAnsi="Times New Roman" w:cs="Times New Roman"/>
          <w:sz w:val="24"/>
        </w:rPr>
        <w:t>)</w:t>
      </w:r>
    </w:p>
    <w:p w:rsidR="00451046" w:rsidRPr="00391A28" w:rsidRDefault="00123F9F" w:rsidP="00391A28">
      <w:pPr>
        <w:spacing w:after="0"/>
        <w:ind w:left="5760" w:firstLine="720"/>
        <w:jc w:val="both"/>
        <w:rPr>
          <w:rFonts w:ascii="Times New Roman" w:hAnsi="Times New Roman" w:cs="Times New Roman"/>
          <w:sz w:val="24"/>
          <w:lang w:val="id-ID"/>
        </w:rPr>
      </w:pPr>
      <w:r w:rsidRPr="00391A28">
        <w:rPr>
          <w:rFonts w:ascii="Times New Roman" w:hAnsi="Times New Roman" w:cs="Times New Roman"/>
          <w:sz w:val="24"/>
        </w:rPr>
        <w:t>NIDN</w:t>
      </w:r>
      <w:r w:rsidR="00391A28">
        <w:rPr>
          <w:rFonts w:ascii="Times New Roman" w:hAnsi="Times New Roman" w:cs="Times New Roman"/>
          <w:sz w:val="24"/>
          <w:lang w:val="id-ID"/>
        </w:rPr>
        <w:t>.00000000</w:t>
      </w:r>
    </w:p>
    <w:sectPr w:rsidR="00451046" w:rsidRPr="00391A2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23F9F"/>
    <w:rsid w:val="0015074B"/>
    <w:rsid w:val="0029639D"/>
    <w:rsid w:val="00326F90"/>
    <w:rsid w:val="00391A28"/>
    <w:rsid w:val="0045104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2D1FB00"/>
  <w14:defaultImageDpi w14:val="300"/>
  <w15:docId w15:val="{D2CC3312-A5A5-4D89-9E26-426484B16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400E5E-B565-4B83-B867-21D260F41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2026-04-22T08:10:00Z</dcterms:modified>
  <cp:category/>
</cp:coreProperties>
</file>